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5DE73" w14:textId="77777777" w:rsidR="00777009" w:rsidRPr="00896E79" w:rsidRDefault="00F607DB">
      <w:pPr>
        <w:spacing w:after="40"/>
        <w:jc w:val="center"/>
        <w:rPr>
          <w:color w:val="76923C" w:themeColor="accent3" w:themeShade="BF"/>
        </w:rPr>
      </w:pPr>
      <w:r w:rsidRPr="00896E79">
        <w:rPr>
          <w:b/>
          <w:color w:val="76923C" w:themeColor="accent3" w:themeShade="BF"/>
          <w:sz w:val="30"/>
        </w:rPr>
        <w:t>FORMULAIRE D'ENREGISTREMENT GRATUIT</w:t>
      </w:r>
    </w:p>
    <w:p w14:paraId="2FE3CCB4" w14:textId="77777777" w:rsidR="00777009" w:rsidRDefault="00F607DB">
      <w:pPr>
        <w:spacing w:after="120"/>
        <w:jc w:val="center"/>
      </w:pPr>
      <w:r>
        <w:rPr>
          <w:b/>
          <w:sz w:val="22"/>
        </w:rPr>
        <w:t>6ème Panel Interprofessionnel des Organisations Internationales,</w:t>
      </w:r>
      <w:r>
        <w:rPr>
          <w:b/>
          <w:sz w:val="22"/>
        </w:rPr>
        <w:br/>
        <w:t>des Agences de Coopération et des Chambres Consulaires</w:t>
      </w:r>
    </w:p>
    <w:p w14:paraId="5130D095" w14:textId="77777777" w:rsidR="00777009" w:rsidRDefault="00F607DB">
      <w:pPr>
        <w:jc w:val="center"/>
      </w:pPr>
      <w:r>
        <w:rPr>
          <w:i/>
          <w:sz w:val="19"/>
        </w:rPr>
        <w:t xml:space="preserve">Thème : « L'Afrique subsaharienne face à la menace de la déforestation : Pollution des eaux, </w:t>
      </w:r>
      <w:r>
        <w:rPr>
          <w:i/>
          <w:sz w:val="19"/>
        </w:rPr>
        <w:t>tarissement des cours d'eau et extinction de la flore médicinale. 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93"/>
      </w:tblGrid>
      <w:tr w:rsidR="00777009" w14:paraId="2B64C3EB" w14:textId="77777777">
        <w:trPr>
          <w:jc w:val="center"/>
        </w:trPr>
        <w:tc>
          <w:tcPr>
            <w:tcW w:w="9893" w:type="dxa"/>
            <w:tcBorders>
              <w:top w:val="single" w:sz="6" w:space="0" w:color="0B2B5B"/>
              <w:left w:val="single" w:sz="6" w:space="0" w:color="0B2B5B"/>
              <w:bottom w:val="single" w:sz="6" w:space="0" w:color="0B2B5B"/>
              <w:right w:val="single" w:sz="6" w:space="0" w:color="0B2B5B"/>
            </w:tcBorders>
            <w:shd w:val="clear" w:color="auto" w:fill="F4F6F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8BED100" w14:textId="79FF147B" w:rsidR="00777009" w:rsidRDefault="00F607DB">
            <w:pPr>
              <w:spacing w:after="0"/>
              <w:jc w:val="center"/>
            </w:pPr>
            <w:r w:rsidRPr="00896E79">
              <w:rPr>
                <w:b/>
                <w:color w:val="76923C" w:themeColor="accent3" w:themeShade="BF"/>
                <w:sz w:val="19"/>
              </w:rPr>
              <w:t xml:space="preserve"> Date et </w:t>
            </w:r>
            <w:proofErr w:type="gramStart"/>
            <w:r w:rsidRPr="00896E79">
              <w:rPr>
                <w:b/>
                <w:color w:val="76923C" w:themeColor="accent3" w:themeShade="BF"/>
                <w:sz w:val="19"/>
              </w:rPr>
              <w:t>heure :</w:t>
            </w:r>
            <w:proofErr w:type="gramEnd"/>
            <w:r w:rsidRPr="00896E79">
              <w:rPr>
                <w:b/>
                <w:color w:val="76923C" w:themeColor="accent3" w:themeShade="BF"/>
                <w:sz w:val="19"/>
              </w:rPr>
              <w:t xml:space="preserve"> 29 octobre 2026 à 14h00     |    </w:t>
            </w:r>
            <w:r w:rsidRPr="00896E79">
              <w:rPr>
                <w:b/>
                <w:color w:val="76923C" w:themeColor="accent3" w:themeShade="BF"/>
                <w:sz w:val="19"/>
              </w:rPr>
              <w:t>Lieu : Auditorium du CRAEE UMOA, Plateau, Abidjan, République de Côte d'Ivoire</w:t>
            </w:r>
          </w:p>
        </w:tc>
      </w:tr>
    </w:tbl>
    <w:p w14:paraId="53BCDCD2" w14:textId="77777777" w:rsidR="00777009" w:rsidRPr="00896E79" w:rsidRDefault="00F607DB">
      <w:pPr>
        <w:keepNext/>
        <w:pBdr>
          <w:bottom w:val="single" w:sz="4" w:space="2" w:color="0B2B5B"/>
        </w:pBdr>
        <w:spacing w:before="240" w:after="120"/>
        <w:rPr>
          <w:color w:val="76923C" w:themeColor="accent3" w:themeShade="BF"/>
        </w:rPr>
      </w:pPr>
      <w:r w:rsidRPr="00896E79">
        <w:rPr>
          <w:b/>
          <w:color w:val="76923C" w:themeColor="accent3" w:themeShade="BF"/>
          <w:sz w:val="22"/>
        </w:rPr>
        <w:t>1. Informations Personnelles</w:t>
      </w:r>
    </w:p>
    <w:p w14:paraId="0F7044F3" w14:textId="77777777" w:rsidR="00777009" w:rsidRDefault="00F607DB">
      <w:pPr>
        <w:spacing w:after="120"/>
      </w:pPr>
      <w:r>
        <w:rPr>
          <w:b/>
        </w:rPr>
        <w:t xml:space="preserve">Civilité :     </w:t>
      </w: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</w:t>
      </w:r>
      <w:r>
        <w:t xml:space="preserve">M.  </w:t>
      </w:r>
      <w:r>
        <w:t xml:space="preserve">    </w:t>
      </w: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</w:t>
      </w:r>
      <w:r>
        <w:t xml:space="preserve">Mme      </w:t>
      </w: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</w:t>
      </w:r>
      <w:r>
        <w:t xml:space="preserve">Dr.      </w:t>
      </w: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</w:t>
      </w:r>
      <w:r>
        <w:t xml:space="preserve">Pr.      </w:t>
      </w:r>
    </w:p>
    <w:p w14:paraId="6111DDE4" w14:textId="77777777" w:rsidR="00777009" w:rsidRDefault="00F607DB">
      <w:pPr>
        <w:spacing w:after="100"/>
      </w:pPr>
      <w:r>
        <w:rPr>
          <w:b/>
        </w:rPr>
        <w:t xml:space="preserve">Nom : </w:t>
      </w:r>
      <w:r>
        <w:t>_____________________________________________________________________________________</w:t>
      </w:r>
    </w:p>
    <w:p w14:paraId="057A55D7" w14:textId="77777777" w:rsidR="00777009" w:rsidRDefault="00F607DB">
      <w:pPr>
        <w:spacing w:after="100"/>
      </w:pPr>
      <w:r>
        <w:rPr>
          <w:b/>
        </w:rPr>
        <w:t xml:space="preserve">Prénom : </w:t>
      </w:r>
      <w:r>
        <w:t>_________________________________________________________________________________</w:t>
      </w:r>
    </w:p>
    <w:p w14:paraId="413BBCB2" w14:textId="77777777" w:rsidR="00777009" w:rsidRDefault="00F607DB">
      <w:pPr>
        <w:spacing w:after="100"/>
      </w:pPr>
      <w:r>
        <w:rPr>
          <w:b/>
        </w:rPr>
        <w:t xml:space="preserve">Adresse e-mail : </w:t>
      </w:r>
      <w:r>
        <w:t>__________________</w:t>
      </w:r>
      <w:r>
        <w:t>______________________________________________________</w:t>
      </w:r>
    </w:p>
    <w:p w14:paraId="2BC2DD38" w14:textId="77777777" w:rsidR="00777009" w:rsidRDefault="00F607DB">
      <w:pPr>
        <w:spacing w:after="100"/>
      </w:pPr>
      <w:r>
        <w:rPr>
          <w:b/>
        </w:rPr>
        <w:t xml:space="preserve">Numéro de téléphone Bureau : </w:t>
      </w:r>
      <w:r>
        <w:t>______________________________________________________</w:t>
      </w:r>
    </w:p>
    <w:p w14:paraId="6DAD7E0A" w14:textId="77777777" w:rsidR="00777009" w:rsidRDefault="00F607DB">
      <w:pPr>
        <w:spacing w:after="100"/>
      </w:pPr>
      <w:r>
        <w:rPr>
          <w:b/>
        </w:rPr>
        <w:t xml:space="preserve">Contact WhatsApp (avec indicatif pays) : </w:t>
      </w:r>
      <w:r>
        <w:t>_________________________________________</w:t>
      </w:r>
    </w:p>
    <w:p w14:paraId="33C93786" w14:textId="77777777" w:rsidR="00777009" w:rsidRPr="00896E79" w:rsidRDefault="00F607DB">
      <w:pPr>
        <w:keepNext/>
        <w:pBdr>
          <w:bottom w:val="single" w:sz="4" w:space="2" w:color="0B2B5B"/>
        </w:pBdr>
        <w:spacing w:before="200" w:after="120"/>
        <w:rPr>
          <w:color w:val="76923C" w:themeColor="accent3" w:themeShade="BF"/>
        </w:rPr>
      </w:pPr>
      <w:r w:rsidRPr="00896E79">
        <w:rPr>
          <w:b/>
          <w:color w:val="76923C" w:themeColor="accent3" w:themeShade="BF"/>
          <w:sz w:val="22"/>
        </w:rPr>
        <w:t>2. Informations Professionnelles</w:t>
      </w:r>
    </w:p>
    <w:p w14:paraId="4963ED1D" w14:textId="77777777" w:rsidR="00777009" w:rsidRDefault="00F607DB">
      <w:pPr>
        <w:spacing w:after="100"/>
      </w:pPr>
      <w:r>
        <w:rPr>
          <w:b/>
        </w:rPr>
        <w:t>O</w:t>
      </w:r>
      <w:r>
        <w:rPr>
          <w:b/>
        </w:rPr>
        <w:t xml:space="preserve">rganisation / Entreprise / Institution : </w:t>
      </w:r>
      <w:r>
        <w:t>________________________________________________</w:t>
      </w:r>
    </w:p>
    <w:p w14:paraId="198C5EC9" w14:textId="77777777" w:rsidR="00777009" w:rsidRDefault="00F607DB">
      <w:pPr>
        <w:spacing w:after="100"/>
      </w:pPr>
      <w:r>
        <w:rPr>
          <w:b/>
        </w:rPr>
        <w:t xml:space="preserve">Fonction / Titre : </w:t>
      </w:r>
      <w:r>
        <w:t>______________________________________________________________________</w:t>
      </w:r>
    </w:p>
    <w:p w14:paraId="391CF20D" w14:textId="77777777" w:rsidR="00777009" w:rsidRDefault="00F607DB">
      <w:pPr>
        <w:spacing w:before="80" w:after="80"/>
      </w:pPr>
      <w:r>
        <w:rPr>
          <w:b/>
        </w:rPr>
        <w:t xml:space="preserve">Catégorie de participant (Cochez votre secteur d'activité </w:t>
      </w:r>
      <w:r>
        <w:rPr>
          <w:b/>
        </w:rPr>
        <w:t>principal) :</w:t>
      </w:r>
    </w:p>
    <w:p w14:paraId="267EBCEF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Institution internationale / Agence de coopération</w:t>
      </w:r>
    </w:p>
    <w:p w14:paraId="6722D8FD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Corps diplomatique &amp; Consulaire</w:t>
      </w:r>
    </w:p>
    <w:p w14:paraId="3EEB5CA5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Cadre politique / Élu local / Représentant ministériel</w:t>
      </w:r>
    </w:p>
    <w:p w14:paraId="664DEDA5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Secteur privé / Compagnie (forestière, minière, agro-industrielle, hydraulique)</w:t>
      </w:r>
    </w:p>
    <w:p w14:paraId="56A2CCA0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Expert Sci</w:t>
      </w:r>
      <w:r>
        <w:t>entifique / Chercheur / Botaniste / Tradipraticien</w:t>
      </w:r>
    </w:p>
    <w:p w14:paraId="3E90EF5D" w14:textId="77777777" w:rsidR="00777009" w:rsidRDefault="00F607DB">
      <w:pPr>
        <w:spacing w:after="60"/>
        <w:ind w:left="288"/>
      </w:pPr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t>Société civile / ONG / Groupement</w:t>
      </w:r>
    </w:p>
    <w:p w14:paraId="593BA970" w14:textId="77777777" w:rsidR="00777009" w:rsidRPr="00896E79" w:rsidRDefault="00F607DB">
      <w:pPr>
        <w:keepNext/>
        <w:pBdr>
          <w:bottom w:val="single" w:sz="4" w:space="2" w:color="0B2B5B"/>
        </w:pBdr>
        <w:spacing w:before="200" w:after="120"/>
        <w:rPr>
          <w:color w:val="76923C" w:themeColor="accent3" w:themeShade="BF"/>
        </w:rPr>
      </w:pPr>
      <w:r w:rsidRPr="00896E79">
        <w:rPr>
          <w:b/>
          <w:color w:val="76923C" w:themeColor="accent3" w:themeShade="BF"/>
          <w:sz w:val="22"/>
        </w:rPr>
        <w:t>3. Validation de l'inscription</w:t>
      </w:r>
    </w:p>
    <w:p w14:paraId="60E001AE" w14:textId="21DAA119" w:rsidR="00777009" w:rsidRDefault="00F607DB">
      <w:pPr>
        <w:spacing w:after="240"/>
        <w:ind w:left="288"/>
      </w:pPr>
      <w:proofErr w:type="gramStart"/>
      <w:r>
        <w:rPr>
          <w:rFonts w:ascii="MS Gothic" w:hAnsi="MS Gothic"/>
        </w:rPr>
        <w:t>☐</w:t>
      </w:r>
      <w:r>
        <w:rPr>
          <w:rFonts w:ascii="MS Gothic" w:hAnsi="MS Gothic"/>
        </w:rPr>
        <w:t xml:space="preserve">  </w:t>
      </w:r>
      <w:r>
        <w:rPr>
          <w:b/>
        </w:rPr>
        <w:t>Je</w:t>
      </w:r>
      <w:proofErr w:type="gramEnd"/>
      <w:r>
        <w:rPr>
          <w:b/>
        </w:rPr>
        <w:t xml:space="preserve"> souhaite participer et confirme mon enregistrement pour assister au 6ème Panel Interprofessionnel et demande à </w:t>
      </w:r>
      <w:proofErr w:type="spellStart"/>
      <w:r>
        <w:rPr>
          <w:b/>
        </w:rPr>
        <w:t>recevoir</w:t>
      </w:r>
      <w:proofErr w:type="spellEnd"/>
      <w:r>
        <w:rPr>
          <w:b/>
        </w:rPr>
        <w:t xml:space="preserve"> ma carte </w:t>
      </w:r>
      <w:proofErr w:type="spellStart"/>
      <w:r>
        <w:rPr>
          <w:b/>
        </w:rPr>
        <w:t>d'</w:t>
      </w:r>
      <w:r>
        <w:rPr>
          <w:b/>
        </w:rPr>
        <w:t>invitation</w:t>
      </w:r>
      <w:proofErr w:type="spellEnd"/>
      <w:r w:rsidR="00896E79">
        <w:rPr>
          <w:b/>
        </w:rPr>
        <w:t xml:space="preserve">  par </w:t>
      </w:r>
      <w:r>
        <w:rPr>
          <w:b/>
        </w:rPr>
        <w:t>e-mail.</w:t>
      </w:r>
    </w:p>
    <w:p w14:paraId="0CAD61CE" w14:textId="07F893DC" w:rsidR="00777009" w:rsidRDefault="00F607DB">
      <w:pPr>
        <w:spacing w:after="160"/>
        <w:jc w:val="center"/>
      </w:pPr>
      <w:r>
        <w:rPr>
          <w:color w:val="B4B4B4"/>
        </w:rPr>
        <w:t>————————————————————————</w:t>
      </w:r>
    </w:p>
    <w:p w14:paraId="728DDD65" w14:textId="10E6B4A9" w:rsidR="00777009" w:rsidRDefault="00F607DB">
      <w:pPr>
        <w:spacing w:after="160"/>
      </w:pPr>
      <w:r>
        <w:rPr>
          <w:b/>
          <w:color w:val="B43232"/>
        </w:rPr>
        <w:t xml:space="preserve"> </w:t>
      </w:r>
      <w:r>
        <w:rPr>
          <w:i/>
          <w:sz w:val="19"/>
        </w:rPr>
        <w:t xml:space="preserve">L'événement est limité à 300 invités. Votre carte d'invitation, indispensable pour accéder à l'auditorium, vous sera </w:t>
      </w:r>
      <w:r>
        <w:rPr>
          <w:i/>
          <w:sz w:val="19"/>
        </w:rPr>
        <w:t>transmise par e-mail après validation de ce formulaire.</w:t>
      </w:r>
    </w:p>
    <w:p w14:paraId="4773696C" w14:textId="77777777" w:rsidR="00777009" w:rsidRPr="00896E79" w:rsidRDefault="00F607DB">
      <w:pPr>
        <w:spacing w:after="40"/>
        <w:jc w:val="center"/>
        <w:rPr>
          <w:color w:val="auto"/>
        </w:rPr>
      </w:pPr>
      <w:r w:rsidRPr="00896E79">
        <w:rPr>
          <w:b/>
          <w:color w:val="auto"/>
          <w:sz w:val="19"/>
        </w:rPr>
        <w:t>Formulaire à transmettre impérativement aux 3 adresses e-mails suivantes simultanément :</w:t>
      </w:r>
    </w:p>
    <w:p w14:paraId="31A02648" w14:textId="77777777" w:rsidR="00777009" w:rsidRPr="00896E79" w:rsidRDefault="00F607DB">
      <w:pPr>
        <w:spacing w:after="0"/>
        <w:jc w:val="center"/>
        <w:rPr>
          <w:color w:val="auto"/>
        </w:rPr>
      </w:pPr>
      <w:r w:rsidRPr="00896E79">
        <w:rPr>
          <w:b/>
          <w:color w:val="auto"/>
        </w:rPr>
        <w:t>info@afrijapan-africasia.org   •   administration@afrijapan-africasia.org   •   afrijapanci@yahoo.fr</w:t>
      </w:r>
    </w:p>
    <w:sectPr w:rsidR="00777009" w:rsidRPr="00896E79" w:rsidSect="00034616">
      <w:pgSz w:w="11909" w:h="16834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77009"/>
    <w:rsid w:val="00896E79"/>
    <w:rsid w:val="00AA1D8D"/>
    <w:rsid w:val="00B47730"/>
    <w:rsid w:val="00CB0664"/>
    <w:rsid w:val="00F607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EBC2B"/>
  <w14:defaultImageDpi w14:val="300"/>
  <w15:docId w15:val="{0F6081A0-9BCA-4331-98E1-75903295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23232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 X</cp:lastModifiedBy>
  <cp:revision>2</cp:revision>
  <dcterms:created xsi:type="dcterms:W3CDTF">2026-09-05T09:29:00Z</dcterms:created>
  <dcterms:modified xsi:type="dcterms:W3CDTF">2026-09-05T09:29:00Z</dcterms:modified>
  <cp:category/>
</cp:coreProperties>
</file>